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F027D" w14:textId="77777777" w:rsidR="00ED367C" w:rsidRDefault="00000000">
      <w:pPr>
        <w:spacing w:after="80"/>
        <w:jc w:val="center"/>
        <w:rPr>
          <w:b/>
          <w:color w:val="1F4E79"/>
          <w:sz w:val="32"/>
        </w:rPr>
      </w:pPr>
      <w:r>
        <w:rPr>
          <w:b/>
          <w:color w:val="1F4E79"/>
          <w:sz w:val="32"/>
        </w:rPr>
        <w:t>ANUNȚ PUBLIC</w:t>
      </w:r>
    </w:p>
    <w:p w14:paraId="440EA73F" w14:textId="77777777" w:rsidR="00655A76" w:rsidRDefault="00655A76">
      <w:pPr>
        <w:spacing w:after="80"/>
        <w:jc w:val="center"/>
      </w:pPr>
    </w:p>
    <w:p w14:paraId="4AAF3819" w14:textId="77777777" w:rsidR="00ED367C" w:rsidRDefault="00000000">
      <w:pPr>
        <w:spacing w:after="320"/>
        <w:jc w:val="center"/>
        <w:rPr>
          <w:b/>
          <w:sz w:val="24"/>
        </w:rPr>
      </w:pPr>
      <w:r>
        <w:rPr>
          <w:b/>
          <w:sz w:val="24"/>
        </w:rPr>
        <w:t xml:space="preserve">Lucrări de întreținere a drumurilor de pe raza </w:t>
      </w:r>
      <w:proofErr w:type="spellStart"/>
      <w:r>
        <w:rPr>
          <w:b/>
          <w:sz w:val="24"/>
        </w:rPr>
        <w:t>Municipiului</w:t>
      </w:r>
      <w:proofErr w:type="spellEnd"/>
      <w:r>
        <w:rPr>
          <w:b/>
          <w:sz w:val="24"/>
        </w:rPr>
        <w:t xml:space="preserve"> </w:t>
      </w:r>
      <w:proofErr w:type="spellStart"/>
      <w:r>
        <w:rPr>
          <w:b/>
          <w:sz w:val="24"/>
        </w:rPr>
        <w:t>Câmpulung</w:t>
      </w:r>
      <w:proofErr w:type="spellEnd"/>
      <w:r>
        <w:rPr>
          <w:b/>
          <w:sz w:val="24"/>
        </w:rPr>
        <w:t xml:space="preserve"> </w:t>
      </w:r>
      <w:proofErr w:type="spellStart"/>
      <w:r>
        <w:rPr>
          <w:b/>
          <w:sz w:val="24"/>
        </w:rPr>
        <w:t>Moldovenesc</w:t>
      </w:r>
      <w:proofErr w:type="spellEnd"/>
    </w:p>
    <w:p w14:paraId="6FBFB3EF" w14:textId="77777777" w:rsidR="00655A76" w:rsidRDefault="00655A76">
      <w:pPr>
        <w:spacing w:after="320"/>
        <w:jc w:val="center"/>
      </w:pPr>
    </w:p>
    <w:p w14:paraId="3F07E3E2" w14:textId="77777777" w:rsidR="00ED367C" w:rsidRDefault="00000000">
      <w:pPr>
        <w:spacing w:after="180"/>
        <w:ind w:firstLine="425"/>
      </w:pPr>
      <w:r>
        <w:t>Municipiul Câmpulung Moldovenesc aduce la cunoștința cetățenilor că, în această perioadă, se desfășoară lucrări de întreținere și îmbunătățire a stării de practicabilitate a drumurilor, ca urmare a degradărilor produse de precipitațiile abundente din ultima perioadă.</w:t>
      </w:r>
    </w:p>
    <w:p w14:paraId="2CBE35E9" w14:textId="77777777" w:rsidR="00ED367C" w:rsidRDefault="00000000">
      <w:pPr>
        <w:spacing w:after="180"/>
        <w:ind w:firstLine="425"/>
      </w:pPr>
      <w:r>
        <w:t>Având în vedere condițiile meteorologice favorabile din aceste zile, s-a intervenit prin așternerea și nivelarea de material pietros pe străzile Valea Seacă, Liliacului și Liceului, în vederea remedierii porțiunilor afectate și asigurării unor condiții mai bune de circulație pentru riverani și ceilalți participanți la trafic.</w:t>
      </w:r>
    </w:p>
    <w:p w14:paraId="0C383807" w14:textId="77777777" w:rsidR="00ED367C" w:rsidRDefault="00000000">
      <w:pPr>
        <w:spacing w:after="180"/>
        <w:ind w:firstLine="425"/>
      </w:pPr>
      <w:r>
        <w:t xml:space="preserve">Dorim </w:t>
      </w:r>
      <w:proofErr w:type="spellStart"/>
      <w:r>
        <w:t>să</w:t>
      </w:r>
      <w:proofErr w:type="spellEnd"/>
      <w:r>
        <w:t xml:space="preserve"> </w:t>
      </w:r>
      <w:proofErr w:type="spellStart"/>
      <w:r>
        <w:t>îi</w:t>
      </w:r>
      <w:proofErr w:type="spellEnd"/>
      <w:r>
        <w:t xml:space="preserve"> </w:t>
      </w:r>
      <w:proofErr w:type="spellStart"/>
      <w:r>
        <w:t>asigurăm</w:t>
      </w:r>
      <w:proofErr w:type="spellEnd"/>
      <w:r>
        <w:t xml:space="preserve"> pe cetățeni că intervențiile vor continua și pe celelalte străzi din municipiu afectate de precipitațiile din ultima perioadă, în funcție de condițiile meteorologice și de prioritățile identificate în teren.</w:t>
      </w:r>
    </w:p>
    <w:p w14:paraId="63CA1D30" w14:textId="77777777" w:rsidR="00ED367C" w:rsidRDefault="00000000">
      <w:pPr>
        <w:spacing w:after="180"/>
        <w:ind w:firstLine="425"/>
      </w:pPr>
      <w:r>
        <w:t xml:space="preserve">Suntem conștienți de disconfortul creat și înțelegem dificultățile întâmpinate de cetățenii care locuiesc sau tranzitează aceste zone. Vă asigurăm că situația este cunoscută și că se depun toate eforturile necesare pentru remedierea treptată a problemelor și </w:t>
      </w:r>
      <w:proofErr w:type="spellStart"/>
      <w:r>
        <w:t>îmbunătățirea</w:t>
      </w:r>
      <w:proofErr w:type="spellEnd"/>
      <w:r>
        <w:t xml:space="preserve"> </w:t>
      </w:r>
      <w:proofErr w:type="spellStart"/>
      <w:r>
        <w:t>condițiilor</w:t>
      </w:r>
      <w:proofErr w:type="spellEnd"/>
      <w:r>
        <w:t xml:space="preserve"> de </w:t>
      </w:r>
      <w:proofErr w:type="spellStart"/>
      <w:r>
        <w:t>circulație</w:t>
      </w:r>
      <w:proofErr w:type="spellEnd"/>
      <w:r>
        <w:t>.</w:t>
      </w:r>
    </w:p>
    <w:p w14:paraId="75323BAF" w14:textId="77777777" w:rsidR="00655A76" w:rsidRDefault="00655A76">
      <w:pPr>
        <w:spacing w:after="180"/>
        <w:ind w:firstLine="425"/>
      </w:pPr>
    </w:p>
    <w:p w14:paraId="5BCEA090" w14:textId="77777777" w:rsidR="00ED367C" w:rsidRDefault="00000000">
      <w:pPr>
        <w:spacing w:before="80" w:after="240"/>
        <w:jc w:val="center"/>
      </w:pPr>
      <w:r>
        <w:rPr>
          <w:b/>
        </w:rPr>
        <w:t>Vă mulțumim pentru înțelegere, răbdare și încredere!</w:t>
      </w:r>
    </w:p>
    <w:p w14:paraId="20F2A442" w14:textId="77777777" w:rsidR="00ED367C" w:rsidRDefault="00000000" w:rsidP="0055595F">
      <w:pPr>
        <w:spacing w:after="180"/>
        <w:ind w:firstLine="425"/>
        <w:jc w:val="center"/>
      </w:pPr>
      <w:r>
        <w:t>Administrația publică locală rămâne preocupată de identificarea și soluționarea problemelor semnalate de cetățeni, urmărind îmbunătățirea continuă a infrastructurii rutiere de pe raza municipiului.</w:t>
      </w:r>
    </w:p>
    <w:p w14:paraId="77D76296" w14:textId="77777777" w:rsidR="00655A76" w:rsidRDefault="00655A76" w:rsidP="0055595F">
      <w:pPr>
        <w:spacing w:before="200" w:after="40"/>
        <w:jc w:val="center"/>
        <w:rPr>
          <w:b/>
          <w:sz w:val="20"/>
        </w:rPr>
      </w:pPr>
    </w:p>
    <w:p w14:paraId="0C0A3B43" w14:textId="77777777" w:rsidR="00655A76" w:rsidRDefault="00655A76" w:rsidP="0055595F">
      <w:pPr>
        <w:spacing w:before="200" w:after="40"/>
        <w:jc w:val="center"/>
        <w:rPr>
          <w:b/>
          <w:sz w:val="20"/>
        </w:rPr>
      </w:pPr>
    </w:p>
    <w:p w14:paraId="5A19B3D4" w14:textId="77777777" w:rsidR="00655A76" w:rsidRDefault="00655A76" w:rsidP="0055595F">
      <w:pPr>
        <w:spacing w:before="200" w:after="40"/>
        <w:jc w:val="center"/>
        <w:rPr>
          <w:b/>
          <w:sz w:val="20"/>
        </w:rPr>
      </w:pPr>
    </w:p>
    <w:p w14:paraId="179439B1" w14:textId="3403260C" w:rsidR="00ED367C" w:rsidRDefault="00000000" w:rsidP="0055595F">
      <w:pPr>
        <w:spacing w:before="200" w:after="40"/>
        <w:jc w:val="center"/>
      </w:pPr>
      <w:r>
        <w:rPr>
          <w:b/>
          <w:sz w:val="20"/>
        </w:rPr>
        <w:t>MUNICIPIUL CÂMPULUNG MOLDOVENESC</w:t>
      </w:r>
    </w:p>
    <w:p w14:paraId="2C75FA3E" w14:textId="77777777" w:rsidR="00ED367C" w:rsidRDefault="00000000" w:rsidP="0055595F">
      <w:pPr>
        <w:spacing w:after="40"/>
        <w:jc w:val="center"/>
      </w:pPr>
      <w:r>
        <w:rPr>
          <w:b/>
          <w:sz w:val="20"/>
        </w:rPr>
        <w:t>PRIMAR,</w:t>
      </w:r>
    </w:p>
    <w:p w14:paraId="450DE62E" w14:textId="77777777" w:rsidR="00ED367C" w:rsidRDefault="00000000" w:rsidP="0055595F">
      <w:pPr>
        <w:jc w:val="center"/>
      </w:pPr>
      <w:r>
        <w:rPr>
          <w:b/>
          <w:sz w:val="20"/>
        </w:rPr>
        <w:t>NEGURĂ MIHĂIȚĂ</w:t>
      </w:r>
    </w:p>
    <w:sectPr w:rsidR="00ED367C" w:rsidSect="00034616">
      <w:footerReference w:type="default" r:id="rId8"/>
      <w:pgSz w:w="12240" w:h="15840"/>
      <w:pgMar w:top="124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ABFF2" w14:textId="77777777" w:rsidR="00885357" w:rsidRDefault="00885357">
      <w:pPr>
        <w:spacing w:after="0" w:line="240" w:lineRule="auto"/>
      </w:pPr>
      <w:r>
        <w:separator/>
      </w:r>
    </w:p>
  </w:endnote>
  <w:endnote w:type="continuationSeparator" w:id="0">
    <w:p w14:paraId="56276C57" w14:textId="77777777" w:rsidR="00885357" w:rsidRDefault="00885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EFD07" w14:textId="77777777" w:rsidR="00ED367C" w:rsidRDefault="00000000">
    <w:pPr>
      <w:pStyle w:val="Subsol"/>
      <w:jc w:val="center"/>
    </w:pPr>
    <w:proofErr w:type="spellStart"/>
    <w:r>
      <w:rPr>
        <w:color w:val="808080"/>
        <w:sz w:val="16"/>
      </w:rPr>
      <w:t>Municipiul</w:t>
    </w:r>
    <w:proofErr w:type="spellEnd"/>
    <w:r>
      <w:rPr>
        <w:color w:val="808080"/>
        <w:sz w:val="16"/>
      </w:rPr>
      <w:t xml:space="preserve"> </w:t>
    </w:r>
    <w:proofErr w:type="spellStart"/>
    <w:r>
      <w:rPr>
        <w:color w:val="808080"/>
        <w:sz w:val="16"/>
      </w:rPr>
      <w:t>Câmpulung</w:t>
    </w:r>
    <w:proofErr w:type="spellEnd"/>
    <w:r>
      <w:rPr>
        <w:color w:val="808080"/>
        <w:sz w:val="16"/>
      </w:rPr>
      <w:t xml:space="preserve"> </w:t>
    </w:r>
    <w:proofErr w:type="spellStart"/>
    <w:r>
      <w:rPr>
        <w:color w:val="808080"/>
        <w:sz w:val="16"/>
      </w:rPr>
      <w:t>Moldovenesc</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97C9F" w14:textId="77777777" w:rsidR="00885357" w:rsidRDefault="00885357">
      <w:pPr>
        <w:spacing w:after="0" w:line="240" w:lineRule="auto"/>
      </w:pPr>
      <w:r>
        <w:separator/>
      </w:r>
    </w:p>
  </w:footnote>
  <w:footnote w:type="continuationSeparator" w:id="0">
    <w:p w14:paraId="01DBCF0A" w14:textId="77777777" w:rsidR="00885357" w:rsidRDefault="00885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822891074">
    <w:abstractNumId w:val="8"/>
  </w:num>
  <w:num w:numId="2" w16cid:durableId="1272855279">
    <w:abstractNumId w:val="6"/>
  </w:num>
  <w:num w:numId="3" w16cid:durableId="1818495012">
    <w:abstractNumId w:val="5"/>
  </w:num>
  <w:num w:numId="4" w16cid:durableId="172650664">
    <w:abstractNumId w:val="4"/>
  </w:num>
  <w:num w:numId="5" w16cid:durableId="7408246">
    <w:abstractNumId w:val="7"/>
  </w:num>
  <w:num w:numId="6" w16cid:durableId="1576432814">
    <w:abstractNumId w:val="3"/>
  </w:num>
  <w:num w:numId="7" w16cid:durableId="47152750">
    <w:abstractNumId w:val="2"/>
  </w:num>
  <w:num w:numId="8" w16cid:durableId="380053720">
    <w:abstractNumId w:val="1"/>
  </w:num>
  <w:num w:numId="9" w16cid:durableId="102459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595F"/>
    <w:rsid w:val="00655A76"/>
    <w:rsid w:val="007162F3"/>
    <w:rsid w:val="0088300D"/>
    <w:rsid w:val="00885357"/>
    <w:rsid w:val="00A648F9"/>
    <w:rsid w:val="00AA1D8D"/>
    <w:rsid w:val="00B47730"/>
    <w:rsid w:val="00CB0664"/>
    <w:rsid w:val="00ED36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FC1E3A"/>
  <w14:defaultImageDpi w14:val="300"/>
  <w15:docId w15:val="{38C93E20-C11B-4B68-ADB5-EADB9724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jc w:val="both"/>
    </w:pPr>
    <w:rPr>
      <w:rFonts w:ascii="Arial" w:eastAsia="Arial" w:hAnsi="Arial"/>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Florin.Salvari</cp:lastModifiedBy>
  <cp:revision>3</cp:revision>
  <dcterms:created xsi:type="dcterms:W3CDTF">2013-12-23T23:15:00Z</dcterms:created>
  <dcterms:modified xsi:type="dcterms:W3CDTF">2026-11-05T12:37:00Z</dcterms:modified>
  <cp:category/>
</cp:coreProperties>
</file>