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16BF" w14:textId="77777777" w:rsidR="00BD4241" w:rsidRDefault="00BD4241">
      <w:pPr>
        <w:spacing w:line="168" w:lineRule="auto"/>
        <w:rPr>
          <w:lang w:val="fr-FR"/>
        </w:rPr>
      </w:pPr>
    </w:p>
    <w:p w14:paraId="0E978517" w14:textId="77777777" w:rsidR="00B67F87" w:rsidRDefault="00B67F87">
      <w:pPr>
        <w:spacing w:line="168" w:lineRule="auto"/>
        <w:rPr>
          <w:lang w:val="fr-FR"/>
        </w:rPr>
      </w:pPr>
    </w:p>
    <w:p w14:paraId="645A07E9" w14:textId="77777777" w:rsidR="00B67F87" w:rsidRDefault="00B67F87">
      <w:pPr>
        <w:spacing w:line="168" w:lineRule="auto"/>
        <w:rPr>
          <w:lang w:val="fr-FR"/>
        </w:rPr>
      </w:pPr>
    </w:p>
    <w:tbl>
      <w:tblPr>
        <w:tblW w:w="0" w:type="auto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67F87" w14:paraId="137DCFA4" w14:textId="77777777" w:rsidTr="00B67F87">
        <w:trPr>
          <w:trHeight w:val="493"/>
        </w:trPr>
        <w:tc>
          <w:tcPr>
            <w:tcW w:w="1558" w:type="dxa"/>
            <w:vMerge w:val="restart"/>
          </w:tcPr>
          <w:p w14:paraId="0A2C2FEC" w14:textId="77777777" w:rsidR="00B67F87" w:rsidRDefault="00B67F87" w:rsidP="007F1D3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bookmarkStart w:id="0" w:name="_Hlk241138440"/>
          </w:p>
          <w:p w14:paraId="5C3732D2" w14:textId="77777777" w:rsidR="00B67F87" w:rsidRDefault="00B67F87" w:rsidP="007F1D3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4C3231F" wp14:editId="7D2764B4">
                  <wp:simplePos x="0" y="0"/>
                  <wp:positionH relativeFrom="column">
                    <wp:posOffset>189799</wp:posOffset>
                  </wp:positionH>
                  <wp:positionV relativeFrom="paragraph">
                    <wp:posOffset>53757</wp:posOffset>
                  </wp:positionV>
                  <wp:extent cx="618411" cy="928636"/>
                  <wp:effectExtent l="0" t="0" r="0" b="5080"/>
                  <wp:wrapNone/>
                  <wp:docPr id="88699404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9940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11" cy="92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A58412" w14:textId="77777777" w:rsidR="00B67F87" w:rsidRDefault="00B67F87" w:rsidP="007F1D3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04C881F5" w14:textId="77777777" w:rsidR="00B67F87" w:rsidRDefault="00B67F87" w:rsidP="007F1D3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B2E3832" w14:textId="77777777" w:rsidR="00B67F87" w:rsidRDefault="00B67F87" w:rsidP="007F1D37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572EA5BD" w14:textId="77777777" w:rsidR="00B67F87" w:rsidRDefault="00B67F87" w:rsidP="007F1D3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339919C1" w14:textId="77777777" w:rsidR="00B67F87" w:rsidRDefault="00B67F87" w:rsidP="007F1D3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Suceava</w:t>
            </w:r>
          </w:p>
        </w:tc>
      </w:tr>
      <w:tr w:rsidR="00B67F87" w14:paraId="7CCD332E" w14:textId="77777777" w:rsidTr="00B67F8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C9387D7" w14:textId="77777777" w:rsidR="00B67F87" w:rsidRDefault="00B67F87" w:rsidP="007F1D3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22CF24F7" w14:textId="77777777" w:rsidR="00B67F87" w:rsidRDefault="00B67F87" w:rsidP="007F1D3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publice:</w:t>
            </w:r>
          </w:p>
          <w:p w14:paraId="7FC9D3BF" w14:textId="77777777" w:rsidR="00B67F87" w:rsidRDefault="00B67F87" w:rsidP="007F1D37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sz w:val="14"/>
              </w:rPr>
              <w:t>Primaria</w:t>
            </w:r>
            <w:proofErr w:type="spellEnd"/>
            <w:r>
              <w:rPr>
                <w:b/>
                <w:color w:val="0D5F78"/>
                <w:spacing w:val="-2"/>
                <w:sz w:val="14"/>
              </w:rPr>
              <w:t xml:space="preserve"> Municipiului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Campulung</w:t>
            </w:r>
            <w:proofErr w:type="spellEnd"/>
            <w:r>
              <w:rPr>
                <w:b/>
                <w:color w:val="0D5F78"/>
                <w:spacing w:val="-2"/>
                <w:sz w:val="14"/>
              </w:rPr>
              <w:t xml:space="preserve"> Moldovenesc</w:t>
            </w:r>
          </w:p>
        </w:tc>
      </w:tr>
      <w:tr w:rsidR="00B67F87" w14:paraId="2D7CDF04" w14:textId="77777777" w:rsidTr="00B67F8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7316205" w14:textId="77777777" w:rsidR="00B67F87" w:rsidRDefault="00B67F87" w:rsidP="007F1D3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6C8A52D3" w14:textId="77777777" w:rsidR="00B67F87" w:rsidRDefault="00B67F87" w:rsidP="007F1D3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(CIF):</w:t>
            </w:r>
          </w:p>
          <w:p w14:paraId="11984FE8" w14:textId="77777777" w:rsidR="00B67F87" w:rsidRDefault="00B67F87" w:rsidP="007F1D3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4842400</w:t>
            </w:r>
          </w:p>
          <w:p w14:paraId="1B3E3673" w14:textId="77777777" w:rsidR="00B67F87" w:rsidRDefault="00B67F87" w:rsidP="007F1D37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</w:tcPr>
          <w:p w14:paraId="3CBB91F9" w14:textId="77777777" w:rsidR="00B67F87" w:rsidRDefault="00B67F87" w:rsidP="007F1D37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oficială: str.22 Decembrie, nr.2, cod 725100</w:t>
            </w:r>
          </w:p>
          <w:p w14:paraId="02DBE024" w14:textId="77777777" w:rsidR="00B67F87" w:rsidRDefault="00B67F87" w:rsidP="007F1D37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hyperlink r:id="rId9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primaria@campulungmoldovenessc.ro</w:t>
              </w:r>
            </w:hyperlink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, </w:t>
            </w:r>
            <w:hyperlink r:id="rId10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www.campulungmoldovenesc.ro</w:t>
              </w:r>
            </w:hyperlink>
          </w:p>
          <w:p w14:paraId="48328105" w14:textId="77777777" w:rsidR="00B67F87" w:rsidRDefault="00B67F87" w:rsidP="007F1D37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Tel: 004 0230 – 314425</w:t>
            </w:r>
          </w:p>
          <w:p w14:paraId="548C82A5" w14:textId="77777777" w:rsidR="00B67F87" w:rsidRPr="00717E09" w:rsidRDefault="00B67F87" w:rsidP="007F1D37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Fax: 004 0230 - 314725</w:t>
            </w:r>
          </w:p>
        </w:tc>
      </w:tr>
      <w:tr w:rsidR="00B67F87" w14:paraId="61C2444D" w14:textId="77777777" w:rsidTr="00B67F8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A846596" w14:textId="77777777" w:rsidR="00B67F87" w:rsidRDefault="00B67F87" w:rsidP="007F1D3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3439E9C2" w14:textId="77777777" w:rsidR="00B67F87" w:rsidRDefault="00B67F87" w:rsidP="007F1D3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2CC98F25" w14:textId="6A00C9D7" w:rsidR="00B67F87" w:rsidRDefault="00B67F87" w:rsidP="007F1D37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3116" w:type="dxa"/>
          </w:tcPr>
          <w:p w14:paraId="4B8545D9" w14:textId="77777777" w:rsidR="00B67F87" w:rsidRDefault="00B67F87" w:rsidP="007F1D37">
            <w:pPr>
              <w:pStyle w:val="TableParagraph"/>
              <w:rPr>
                <w:b/>
                <w:color w:val="0D5F78"/>
                <w:spacing w:val="-4"/>
                <w:w w:val="105"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52D573A4" w14:textId="151F8DC2" w:rsidR="00B67F87" w:rsidRDefault="00B67F87" w:rsidP="007F1D37">
            <w:pPr>
              <w:pStyle w:val="TableParagraph"/>
              <w:rPr>
                <w:b/>
                <w:sz w:val="14"/>
              </w:rPr>
            </w:pPr>
          </w:p>
        </w:tc>
      </w:tr>
      <w:bookmarkEnd w:id="0"/>
    </w:tbl>
    <w:p w14:paraId="5688C162" w14:textId="77777777" w:rsidR="00B67F87" w:rsidRPr="00A256C2" w:rsidRDefault="00B67F87">
      <w:pPr>
        <w:spacing w:line="168" w:lineRule="auto"/>
        <w:rPr>
          <w:lang w:val="fr-FR"/>
        </w:rPr>
      </w:pPr>
    </w:p>
    <w:p w14:paraId="15C8332A" w14:textId="77777777" w:rsidR="00B67F87" w:rsidRDefault="00B67F87" w:rsidP="00B67F87">
      <w:pPr>
        <w:spacing w:before="140" w:after="40"/>
        <w:rPr>
          <w:b/>
          <w:sz w:val="28"/>
          <w:szCs w:val="28"/>
        </w:rPr>
      </w:pPr>
    </w:p>
    <w:p w14:paraId="79F54518" w14:textId="647FCC29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Default="00000000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21F7980" w14:textId="03E7F152" w:rsidR="00B67F87" w:rsidRPr="00A256C2" w:rsidRDefault="00B67F87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Primaria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Municipiului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Campulung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Moldovenesc</w:t>
            </w:r>
            <w:proofErr w:type="spellEnd"/>
          </w:p>
          <w:p w14:paraId="1CA5657F" w14:textId="5EA293DD" w:rsidR="00BD4241" w:rsidRPr="00A256C2" w:rsidRDefault="00BD4241">
            <w:pPr>
              <w:keepNext/>
              <w:rPr>
                <w:lang w:val="fr-FR"/>
              </w:rPr>
            </w:pPr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4D2C47B9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="00B67F87">
              <w:rPr>
                <w:lang w:val="fr-FR"/>
              </w:rPr>
              <w:t>Campulung</w:t>
            </w:r>
            <w:proofErr w:type="spellEnd"/>
            <w:r w:rsidR="00B67F87">
              <w:rPr>
                <w:lang w:val="fr-FR"/>
              </w:rPr>
              <w:t xml:space="preserve"> </w:t>
            </w:r>
            <w:proofErr w:type="spellStart"/>
            <w:r w:rsidR="00B67F87">
              <w:rPr>
                <w:lang w:val="fr-FR"/>
              </w:rPr>
              <w:t>Moldovenesc</w:t>
            </w:r>
            <w:proofErr w:type="spellEnd"/>
            <w:r w:rsidR="00B67F87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6D665CDF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  <w:r w:rsidR="00B67F87">
              <w:rPr>
                <w:b/>
                <w:color w:val="0D5F78"/>
              </w:rPr>
              <w:t>: Suceava</w:t>
            </w:r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4D4E86E0" w:rsidR="00BD4241" w:rsidRDefault="00000000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Municipiu</w:t>
            </w:r>
            <w:r w:rsidR="00B67F87">
              <w:rPr>
                <w:b/>
                <w:color w:val="0D5F78"/>
              </w:rPr>
              <w:t>l</w:t>
            </w:r>
            <w:proofErr w:type="spellEnd"/>
            <w:r w:rsidR="00B67F87">
              <w:rPr>
                <w:b/>
                <w:color w:val="0D5F78"/>
              </w:rPr>
              <w:t xml:space="preserve"> :</w:t>
            </w:r>
            <w:proofErr w:type="gramEnd"/>
            <w:r w:rsidR="00B67F87">
              <w:rPr>
                <w:b/>
                <w:color w:val="0D5F78"/>
              </w:rPr>
              <w:t xml:space="preserve"> </w:t>
            </w:r>
            <w:proofErr w:type="spellStart"/>
            <w:r w:rsidR="00B67F87">
              <w:rPr>
                <w:b/>
                <w:color w:val="0D5F78"/>
              </w:rPr>
              <w:t>Campulung</w:t>
            </w:r>
            <w:proofErr w:type="spellEnd"/>
            <w:r w:rsidR="00B67F87">
              <w:rPr>
                <w:b/>
                <w:color w:val="0D5F78"/>
              </w:rPr>
              <w:t xml:space="preserve"> </w:t>
            </w:r>
            <w:proofErr w:type="spellStart"/>
            <w:r w:rsidR="00B67F87">
              <w:rPr>
                <w:b/>
                <w:color w:val="0D5F78"/>
              </w:rPr>
              <w:t>Moldovenesc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25AEC4B9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gramStart"/>
            <w:r w:rsidR="00B67F87">
              <w:rPr>
                <w:b/>
                <w:color w:val="0D5F78"/>
              </w:rPr>
              <w:t>postal :</w:t>
            </w:r>
            <w:proofErr w:type="gramEnd"/>
            <w:r w:rsidR="00B67F87">
              <w:rPr>
                <w:b/>
                <w:color w:val="0D5F78"/>
              </w:rPr>
              <w:t xml:space="preserve"> 725100</w:t>
            </w:r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B087805" w:rsidR="00BD4241" w:rsidRPr="00A256C2" w:rsidRDefault="00BD4241">
            <w:pPr>
              <w:keepNext/>
              <w:rPr>
                <w:lang w:val="fr-FR"/>
              </w:rPr>
            </w:pP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lastRenderedPageBreak/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headerReference w:type="default" r:id="rId11"/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7B973" w14:textId="77777777" w:rsidR="00C028AA" w:rsidRDefault="00C028AA">
      <w:r>
        <w:separator/>
      </w:r>
    </w:p>
  </w:endnote>
  <w:endnote w:type="continuationSeparator" w:id="0">
    <w:p w14:paraId="6B45822D" w14:textId="77777777" w:rsidR="00C028AA" w:rsidRDefault="00C0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004B1AAB" w:rsidR="00BD4241" w:rsidRDefault="00000000">
    <w:pPr>
      <w:pStyle w:val="Footer"/>
      <w:tabs>
        <w:tab w:val="right" w:pos="9639"/>
      </w:tabs>
    </w:pPr>
    <w:r>
      <w:rPr>
        <w:color w:val="595959"/>
      </w:rPr>
      <w:t>F_CU_04</w:t>
    </w:r>
    <w:r>
      <w:rPr>
        <w:color w:val="59595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A38FE" w14:textId="77777777" w:rsidR="00C028AA" w:rsidRDefault="00C028AA">
      <w:r>
        <w:separator/>
      </w:r>
    </w:p>
  </w:footnote>
  <w:footnote w:type="continuationSeparator" w:id="0">
    <w:p w14:paraId="1C3EC5D6" w14:textId="77777777" w:rsidR="00C028AA" w:rsidRDefault="00C02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A007E" w14:textId="612A74F5" w:rsidR="002512C1" w:rsidRPr="002512C1" w:rsidRDefault="002512C1" w:rsidP="002512C1">
    <w:pPr>
      <w:pStyle w:val="Header"/>
    </w:pPr>
    <w:r>
      <w:rPr>
        <w:color w:val="595959"/>
      </w:rPr>
      <w:t>F_CU_04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26772F"/>
    <w:multiLevelType w:val="hybridMultilevel"/>
    <w:tmpl w:val="317017F2"/>
    <w:lvl w:ilvl="0" w:tplc="1AC67D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BAB1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04C80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AED7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DA9F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D2C9E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41442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8400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750C3C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  <w:num w:numId="10" w16cid:durableId="7684275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27EF9"/>
    <w:rsid w:val="00232B9E"/>
    <w:rsid w:val="002512C1"/>
    <w:rsid w:val="0029639D"/>
    <w:rsid w:val="00326F90"/>
    <w:rsid w:val="003A2FF1"/>
    <w:rsid w:val="004232B2"/>
    <w:rsid w:val="004408E8"/>
    <w:rsid w:val="00462384"/>
    <w:rsid w:val="006C103E"/>
    <w:rsid w:val="00745F29"/>
    <w:rsid w:val="00761762"/>
    <w:rsid w:val="00850B64"/>
    <w:rsid w:val="00917520"/>
    <w:rsid w:val="009511F8"/>
    <w:rsid w:val="00A256C2"/>
    <w:rsid w:val="00AA1D8D"/>
    <w:rsid w:val="00B47730"/>
    <w:rsid w:val="00B67F87"/>
    <w:rsid w:val="00BD4241"/>
    <w:rsid w:val="00C028AA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B67F87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  <w:style w:type="character" w:styleId="Hyperlink">
    <w:name w:val="Hyperlink"/>
    <w:basedOn w:val="DefaultParagraphFont"/>
    <w:uiPriority w:val="99"/>
    <w:unhideWhenUsed/>
    <w:rsid w:val="00B67F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ampulungmoldovenesc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ampulungmoldovenessc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Andrei.Predescu</cp:lastModifiedBy>
  <cp:revision>3</cp:revision>
  <dcterms:created xsi:type="dcterms:W3CDTF">2013-12-23T23:15:00Z</dcterms:created>
  <dcterms:modified xsi:type="dcterms:W3CDTF">2026-09-24T07:37:00Z</dcterms:modified>
  <cp:category/>
</cp:coreProperties>
</file>