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W w:w="0" w:type="auto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5735B" w14:paraId="5D3ADF9C" w14:textId="77777777" w:rsidTr="00C97103">
        <w:trPr>
          <w:trHeight w:val="493"/>
        </w:trPr>
        <w:tc>
          <w:tcPr>
            <w:tcW w:w="1558" w:type="dxa"/>
            <w:vMerge w:val="restart"/>
          </w:tcPr>
          <w:p w14:paraId="256D9FB6" w14:textId="77777777" w:rsidR="0035735B" w:rsidRDefault="0035735B" w:rsidP="00C97103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7994DA90" w14:textId="77777777" w:rsidR="0035735B" w:rsidRDefault="0035735B" w:rsidP="00C97103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3F5464" wp14:editId="0B952785">
                  <wp:simplePos x="0" y="0"/>
                  <wp:positionH relativeFrom="column">
                    <wp:posOffset>189799</wp:posOffset>
                  </wp:positionH>
                  <wp:positionV relativeFrom="paragraph">
                    <wp:posOffset>53757</wp:posOffset>
                  </wp:positionV>
                  <wp:extent cx="618411" cy="928636"/>
                  <wp:effectExtent l="0" t="0" r="0" b="5080"/>
                  <wp:wrapNone/>
                  <wp:docPr id="8869940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940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11" cy="9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91B129" w14:textId="77777777" w:rsidR="0035735B" w:rsidRDefault="0035735B" w:rsidP="00C97103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6464CA3" w14:textId="77777777" w:rsidR="0035735B" w:rsidRDefault="0035735B" w:rsidP="00C97103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1F6BB6B" w14:textId="77777777" w:rsidR="0035735B" w:rsidRDefault="0035735B" w:rsidP="00C97103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1180C62D" w14:textId="77777777" w:rsidR="0035735B" w:rsidRDefault="0035735B" w:rsidP="00C97103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143F58B5" w14:textId="77777777" w:rsidR="0035735B" w:rsidRDefault="0035735B" w:rsidP="00C9710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Suceava</w:t>
            </w:r>
          </w:p>
        </w:tc>
      </w:tr>
      <w:tr w:rsidR="0035735B" w14:paraId="7CDDCB3B" w14:textId="77777777" w:rsidTr="00C9710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6A144EE" w14:textId="77777777" w:rsidR="0035735B" w:rsidRDefault="0035735B" w:rsidP="00C9710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63DE2F75" w14:textId="77777777" w:rsidR="0035735B" w:rsidRDefault="0035735B" w:rsidP="00C97103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publice:</w:t>
            </w:r>
          </w:p>
          <w:p w14:paraId="5DCF82E7" w14:textId="77777777" w:rsidR="0035735B" w:rsidRDefault="0035735B" w:rsidP="00C9710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sz w:val="14"/>
              </w:rPr>
              <w:t>Primaria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Municipiului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Campulung</w:t>
            </w:r>
            <w:proofErr w:type="spellEnd"/>
            <w:r>
              <w:rPr>
                <w:b/>
                <w:color w:val="0D5F78"/>
                <w:spacing w:val="-2"/>
                <w:sz w:val="14"/>
              </w:rPr>
              <w:t xml:space="preserve"> Moldovenesc</w:t>
            </w:r>
          </w:p>
        </w:tc>
      </w:tr>
      <w:tr w:rsidR="0035735B" w14:paraId="3C379912" w14:textId="77777777" w:rsidTr="00C9710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3CA852D" w14:textId="77777777" w:rsidR="0035735B" w:rsidRDefault="0035735B" w:rsidP="00C9710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6B63FB2B" w14:textId="77777777" w:rsidR="0035735B" w:rsidRDefault="0035735B" w:rsidP="00C9710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(CIF):</w:t>
            </w:r>
          </w:p>
          <w:p w14:paraId="75A78911" w14:textId="77777777" w:rsidR="0035735B" w:rsidRDefault="0035735B" w:rsidP="00C9710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4842400</w:t>
            </w:r>
          </w:p>
          <w:p w14:paraId="37425979" w14:textId="77777777" w:rsidR="0035735B" w:rsidRDefault="0035735B" w:rsidP="00C97103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076F3A06" w14:textId="77777777" w:rsidR="0035735B" w:rsidRDefault="0035735B" w:rsidP="00C97103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oficială: str.22 Decembrie, nr.2, cod 725100</w:t>
            </w:r>
          </w:p>
          <w:p w14:paraId="51119B18" w14:textId="77777777" w:rsidR="0035735B" w:rsidRDefault="0035735B" w:rsidP="00C97103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hyperlink r:id="rId9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primaria@campulungmoldovenessc.ro</w:t>
              </w:r>
            </w:hyperlink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, </w:t>
            </w:r>
            <w:hyperlink r:id="rId10" w:history="1">
              <w:r w:rsidRPr="00FD16E0">
                <w:rPr>
                  <w:rStyle w:val="Hyperlink"/>
                  <w:b/>
                  <w:spacing w:val="-2"/>
                  <w:w w:val="105"/>
                  <w:sz w:val="14"/>
                </w:rPr>
                <w:t>www.campulungmoldovenesc.ro</w:t>
              </w:r>
            </w:hyperlink>
          </w:p>
          <w:p w14:paraId="2B77DA49" w14:textId="77777777" w:rsidR="0035735B" w:rsidRDefault="0035735B" w:rsidP="00C97103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Tel: 004 0230 – 314425</w:t>
            </w:r>
          </w:p>
          <w:p w14:paraId="2FFDF1F2" w14:textId="77777777" w:rsidR="0035735B" w:rsidRPr="00717E09" w:rsidRDefault="0035735B" w:rsidP="00C97103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Fax: 004 0230 - 314725</w:t>
            </w:r>
          </w:p>
        </w:tc>
      </w:tr>
      <w:tr w:rsidR="0035735B" w14:paraId="532360A4" w14:textId="77777777" w:rsidTr="00C9710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BF81E4E" w14:textId="77777777" w:rsidR="0035735B" w:rsidRDefault="0035735B" w:rsidP="00C9710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38AF7D37" w14:textId="77777777" w:rsidR="0035735B" w:rsidRDefault="0035735B" w:rsidP="00C97103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3F636984" w14:textId="77777777" w:rsidR="0035735B" w:rsidRDefault="0035735B" w:rsidP="00C97103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3116" w:type="dxa"/>
          </w:tcPr>
          <w:p w14:paraId="63D3D22E" w14:textId="77777777" w:rsidR="0035735B" w:rsidRDefault="0035735B" w:rsidP="00C97103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503317C2" w14:textId="77777777" w:rsidR="0035735B" w:rsidRDefault="0035735B" w:rsidP="00C97103">
            <w:pPr>
              <w:pStyle w:val="TableParagraph"/>
              <w:rPr>
                <w:b/>
                <w:sz w:val="14"/>
              </w:rPr>
            </w:pPr>
          </w:p>
        </w:tc>
      </w:tr>
    </w:tbl>
    <w:p w14:paraId="716239DB" w14:textId="77777777" w:rsidR="0035735B" w:rsidRDefault="0035735B" w:rsidP="0035735B">
      <w:pPr>
        <w:spacing w:before="140" w:after="40"/>
        <w:rPr>
          <w:b/>
          <w:sz w:val="28"/>
          <w:szCs w:val="28"/>
        </w:rPr>
      </w:pPr>
    </w:p>
    <w:p w14:paraId="55CC9392" w14:textId="77777777" w:rsidR="0035735B" w:rsidRDefault="0035735B" w:rsidP="0035735B">
      <w:pPr>
        <w:spacing w:before="140" w:after="40"/>
        <w:rPr>
          <w:b/>
          <w:sz w:val="28"/>
          <w:szCs w:val="28"/>
        </w:rPr>
      </w:pPr>
    </w:p>
    <w:p w14:paraId="19E46984" w14:textId="626254F6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Default="00000000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0C82F56" w14:textId="20871232" w:rsidR="0035735B" w:rsidRPr="00F801F2" w:rsidRDefault="0035735B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Primaria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Municipiului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Campulung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Moldovenesc</w:t>
            </w:r>
            <w:proofErr w:type="spellEnd"/>
          </w:p>
          <w:p w14:paraId="5B3D1BF3" w14:textId="77777777" w:rsidR="00E25052" w:rsidRPr="00F801F2" w:rsidRDefault="00E25052" w:rsidP="0035735B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01A4346B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="0035735B">
              <w:rPr>
                <w:lang w:val="fr-FR"/>
              </w:rPr>
              <w:t>Campulung</w:t>
            </w:r>
            <w:proofErr w:type="spellEnd"/>
            <w:r w:rsidR="0035735B">
              <w:rPr>
                <w:lang w:val="fr-FR"/>
              </w:rPr>
              <w:t xml:space="preserve"> </w:t>
            </w:r>
            <w:proofErr w:type="spellStart"/>
            <w:r w:rsidR="0035735B">
              <w:rPr>
                <w:lang w:val="fr-FR"/>
              </w:rPr>
              <w:t>Moldovenesc</w:t>
            </w:r>
            <w:proofErr w:type="spellEnd"/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21A549D3" w:rsidR="00E25052" w:rsidRDefault="00000000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Județ</w:t>
            </w:r>
            <w:proofErr w:type="spellEnd"/>
            <w:r w:rsidR="0035735B">
              <w:rPr>
                <w:b/>
                <w:color w:val="0D5F78"/>
              </w:rPr>
              <w:t xml:space="preserve"> :</w:t>
            </w:r>
            <w:proofErr w:type="gramEnd"/>
            <w:r w:rsidR="0035735B">
              <w:rPr>
                <w:b/>
                <w:color w:val="0D5F78"/>
              </w:rPr>
              <w:t xml:space="preserve"> Suceava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60215533" w:rsidR="00E25052" w:rsidRDefault="00000000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Municipiu</w:t>
            </w:r>
            <w:r w:rsidR="0035735B">
              <w:rPr>
                <w:b/>
                <w:color w:val="0D5F78"/>
              </w:rPr>
              <w:t>l</w:t>
            </w:r>
            <w:proofErr w:type="spellEnd"/>
            <w:r w:rsidR="0035735B">
              <w:rPr>
                <w:b/>
                <w:color w:val="0D5F78"/>
              </w:rPr>
              <w:t xml:space="preserve"> :</w:t>
            </w:r>
            <w:proofErr w:type="gramEnd"/>
            <w:r w:rsidR="0035735B">
              <w:rPr>
                <w:b/>
                <w:color w:val="0D5F78"/>
              </w:rPr>
              <w:t xml:space="preserve"> </w:t>
            </w:r>
            <w:proofErr w:type="spellStart"/>
            <w:r w:rsidR="0035735B">
              <w:rPr>
                <w:b/>
                <w:color w:val="0D5F78"/>
              </w:rPr>
              <w:t>Campulung</w:t>
            </w:r>
            <w:proofErr w:type="spellEnd"/>
            <w:r w:rsidR="0035735B">
              <w:rPr>
                <w:b/>
                <w:color w:val="0D5F78"/>
              </w:rPr>
              <w:t xml:space="preserve"> </w:t>
            </w:r>
            <w:proofErr w:type="spellStart"/>
            <w:r w:rsidR="0035735B">
              <w:rPr>
                <w:b/>
                <w:color w:val="0D5F78"/>
              </w:rPr>
              <w:t>Moldovenesc</w:t>
            </w:r>
            <w:proofErr w:type="spellEnd"/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21406CF6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gramStart"/>
            <w:r w:rsidR="0035735B">
              <w:rPr>
                <w:b/>
                <w:color w:val="0D5F78"/>
              </w:rPr>
              <w:t>postal :</w:t>
            </w:r>
            <w:proofErr w:type="gramEnd"/>
            <w:r w:rsidR="0035735B">
              <w:rPr>
                <w:b/>
                <w:color w:val="0D5F78"/>
              </w:rPr>
              <w:t xml:space="preserve"> 725100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40212987" w:rsidR="00E25052" w:rsidRPr="00F801F2" w:rsidRDefault="00E25052">
            <w:pPr>
              <w:keepNext/>
              <w:rPr>
                <w:lang w:val="fr-FR"/>
              </w:rPr>
            </w:pP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1"/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8267" w14:textId="77777777" w:rsidR="00335C0D" w:rsidRDefault="00335C0D">
      <w:r>
        <w:separator/>
      </w:r>
    </w:p>
  </w:endnote>
  <w:endnote w:type="continuationSeparator" w:id="0">
    <w:p w14:paraId="7B0E70F8" w14:textId="77777777" w:rsidR="00335C0D" w:rsidRDefault="0033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46EE0BA2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r>
      <w:rPr>
        <w:color w:val="59595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6D91" w14:textId="77777777" w:rsidR="00335C0D" w:rsidRDefault="00335C0D">
      <w:r>
        <w:separator/>
      </w:r>
    </w:p>
  </w:footnote>
  <w:footnote w:type="continuationSeparator" w:id="0">
    <w:p w14:paraId="3FC4DAC6" w14:textId="77777777" w:rsidR="00335C0D" w:rsidRDefault="00335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96B4" w14:textId="0447FA73" w:rsidR="0035735B" w:rsidRDefault="0035735B">
    <w:pPr>
      <w:pStyle w:val="Header"/>
    </w:pPr>
    <w:r>
      <w:rPr>
        <w:color w:val="595959"/>
      </w:rPr>
      <w:t>F_CU_01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335C0D"/>
    <w:rsid w:val="0035735B"/>
    <w:rsid w:val="006C103E"/>
    <w:rsid w:val="00761762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35735B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  <w:style w:type="character" w:styleId="Hyperlink">
    <w:name w:val="Hyperlink"/>
    <w:basedOn w:val="DefaultParagraphFont"/>
    <w:uiPriority w:val="99"/>
    <w:unhideWhenUsed/>
    <w:rsid w:val="00357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ampulungmoldovenesc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ampulungmoldovenessc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Andrei.Predescu</cp:lastModifiedBy>
  <cp:revision>2</cp:revision>
  <dcterms:created xsi:type="dcterms:W3CDTF">2013-12-23T23:15:00Z</dcterms:created>
  <dcterms:modified xsi:type="dcterms:W3CDTF">2026-09-24T07:36:00Z</dcterms:modified>
  <cp:category/>
</cp:coreProperties>
</file>