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8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0004F" w14:paraId="78A375FF" w14:textId="77777777" w:rsidTr="00B0004F">
        <w:trPr>
          <w:trHeight w:val="493"/>
        </w:trPr>
        <w:tc>
          <w:tcPr>
            <w:tcW w:w="1558" w:type="dxa"/>
            <w:vMerge w:val="restart"/>
          </w:tcPr>
          <w:p w14:paraId="11669E32" w14:textId="77777777" w:rsidR="00B0004F" w:rsidRDefault="00B0004F" w:rsidP="00B0004F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bookmarkStart w:id="0" w:name="_Hlk241138440"/>
          </w:p>
          <w:p w14:paraId="28CFA68D" w14:textId="77777777" w:rsidR="00B0004F" w:rsidRDefault="00B0004F" w:rsidP="00B0004F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5854DE8" wp14:editId="660A82AA">
                  <wp:simplePos x="0" y="0"/>
                  <wp:positionH relativeFrom="column">
                    <wp:posOffset>189799</wp:posOffset>
                  </wp:positionH>
                  <wp:positionV relativeFrom="paragraph">
                    <wp:posOffset>53757</wp:posOffset>
                  </wp:positionV>
                  <wp:extent cx="618411" cy="928636"/>
                  <wp:effectExtent l="0" t="0" r="0" b="5080"/>
                  <wp:wrapNone/>
                  <wp:docPr id="88699404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99404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11" cy="92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1354684" w14:textId="77777777" w:rsidR="00B0004F" w:rsidRDefault="00B0004F" w:rsidP="00B0004F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33DF00E2" w14:textId="77777777" w:rsidR="00B0004F" w:rsidRDefault="00B0004F" w:rsidP="00B0004F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0D31AA28" w14:textId="77777777" w:rsidR="00B0004F" w:rsidRDefault="00B0004F" w:rsidP="00B0004F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45598205" w14:textId="77777777" w:rsidR="00B0004F" w:rsidRDefault="00B0004F" w:rsidP="00B0004F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15DDCA38" w14:textId="77777777" w:rsidR="00B0004F" w:rsidRDefault="00B0004F" w:rsidP="00B0004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Suceava</w:t>
            </w:r>
          </w:p>
        </w:tc>
      </w:tr>
      <w:tr w:rsidR="00B0004F" w14:paraId="5349C337" w14:textId="77777777" w:rsidTr="00B0004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1F2A58F" w14:textId="77777777" w:rsidR="00B0004F" w:rsidRDefault="00B0004F" w:rsidP="00B0004F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44C62468" w14:textId="77777777" w:rsidR="00B0004F" w:rsidRDefault="00B0004F" w:rsidP="00B0004F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publice:</w:t>
            </w:r>
          </w:p>
          <w:p w14:paraId="006F923C" w14:textId="77777777" w:rsidR="00B0004F" w:rsidRDefault="00B0004F" w:rsidP="00B0004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Municipiului Campulung Moldovenesc</w:t>
            </w:r>
          </w:p>
        </w:tc>
      </w:tr>
      <w:tr w:rsidR="00B0004F" w14:paraId="6C33597B" w14:textId="77777777" w:rsidTr="00B0004F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FD2F065" w14:textId="77777777" w:rsidR="00B0004F" w:rsidRDefault="00B0004F" w:rsidP="00B0004F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6A5D28B5" w14:textId="77777777" w:rsidR="00B0004F" w:rsidRDefault="00B0004F" w:rsidP="00B0004F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(CIF):</w:t>
            </w:r>
          </w:p>
          <w:p w14:paraId="12EF95AD" w14:textId="77777777" w:rsidR="00B0004F" w:rsidRDefault="00B0004F" w:rsidP="00B0004F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4842400</w:t>
            </w:r>
          </w:p>
          <w:p w14:paraId="0C4DD33C" w14:textId="77777777" w:rsidR="00B0004F" w:rsidRDefault="00B0004F" w:rsidP="00B0004F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5452" w:type="dxa"/>
            <w:gridSpan w:val="2"/>
          </w:tcPr>
          <w:p w14:paraId="20AD5FEB" w14:textId="77777777" w:rsidR="00B0004F" w:rsidRDefault="00B0004F" w:rsidP="00B0004F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oficială: str.22 Decembrie, nr.2, cod 725100</w:t>
            </w:r>
          </w:p>
          <w:p w14:paraId="364579E9" w14:textId="77777777" w:rsidR="00B0004F" w:rsidRDefault="00B0004F" w:rsidP="00B0004F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hyperlink r:id="rId9" w:history="1">
              <w:r w:rsidRPr="00FD16E0">
                <w:rPr>
                  <w:rStyle w:val="Hyperlink"/>
                  <w:b/>
                  <w:spacing w:val="-2"/>
                  <w:w w:val="105"/>
                  <w:sz w:val="14"/>
                </w:rPr>
                <w:t>primaria@campulungmoldovenessc.ro</w:t>
              </w:r>
            </w:hyperlink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, </w:t>
            </w:r>
            <w:hyperlink r:id="rId10" w:history="1">
              <w:r w:rsidRPr="00FD16E0">
                <w:rPr>
                  <w:rStyle w:val="Hyperlink"/>
                  <w:b/>
                  <w:spacing w:val="-2"/>
                  <w:w w:val="105"/>
                  <w:sz w:val="14"/>
                </w:rPr>
                <w:t>www.campulungmoldovenesc.ro</w:t>
              </w:r>
            </w:hyperlink>
          </w:p>
          <w:p w14:paraId="2262BAAF" w14:textId="77777777" w:rsidR="00B0004F" w:rsidRDefault="00B0004F" w:rsidP="00B0004F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Tel: 004 0230 – 314425</w:t>
            </w:r>
          </w:p>
          <w:p w14:paraId="40A099A6" w14:textId="77777777" w:rsidR="00B0004F" w:rsidRPr="00717E09" w:rsidRDefault="00B0004F" w:rsidP="00B0004F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Fax: 004 0230 - 314725</w:t>
            </w:r>
          </w:p>
        </w:tc>
      </w:tr>
      <w:tr w:rsidR="00B0004F" w14:paraId="608C682C" w14:textId="77777777" w:rsidTr="00B0004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8FCBE45" w14:textId="77777777" w:rsidR="00B0004F" w:rsidRDefault="00B0004F" w:rsidP="00B0004F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631C16D6" w14:textId="77777777" w:rsidR="00B0004F" w:rsidRDefault="00B0004F" w:rsidP="00B0004F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14:paraId="47A4EB4E" w14:textId="77777777" w:rsidR="00B0004F" w:rsidRDefault="00B0004F" w:rsidP="00B0004F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3116" w:type="dxa"/>
          </w:tcPr>
          <w:p w14:paraId="1CE3E7D4" w14:textId="77777777" w:rsidR="00B0004F" w:rsidRDefault="00B0004F" w:rsidP="00B0004F">
            <w:pPr>
              <w:pStyle w:val="TableParagraph"/>
              <w:rPr>
                <w:b/>
                <w:color w:val="0D5F78"/>
                <w:spacing w:val="-4"/>
                <w:w w:val="105"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 w14:paraId="6E417758" w14:textId="77777777" w:rsidR="00B0004F" w:rsidRDefault="00B0004F" w:rsidP="00B0004F">
            <w:pPr>
              <w:pStyle w:val="TableParagraph"/>
              <w:rPr>
                <w:b/>
                <w:sz w:val="14"/>
              </w:rPr>
            </w:pPr>
          </w:p>
        </w:tc>
      </w:tr>
      <w:bookmarkEnd w:id="0"/>
    </w:tbl>
    <w:p w14:paraId="6CA22F3F" w14:textId="77777777" w:rsidR="00B0004F" w:rsidRDefault="00B0004F">
      <w:pPr>
        <w:spacing w:line="168" w:lineRule="auto"/>
        <w:rPr>
          <w:lang w:val="fr-FR"/>
        </w:rPr>
      </w:pPr>
    </w:p>
    <w:p w14:paraId="030C3954" w14:textId="77777777" w:rsidR="00B0004F" w:rsidRPr="006257CA" w:rsidRDefault="00B0004F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Default="00000000">
            <w:pPr>
              <w:keepNext/>
              <w:rPr>
                <w:b/>
                <w:color w:val="0D5F78"/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14:paraId="261FA55D" w14:textId="36E301D1" w:rsidR="00B0004F" w:rsidRPr="006257CA" w:rsidRDefault="00B0004F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Primaria Municipiului Campulung Moldovenesc</w:t>
            </w:r>
          </w:p>
          <w:p w14:paraId="5258CF99" w14:textId="77777777" w:rsidR="001E1635" w:rsidRPr="006257CA" w:rsidRDefault="001E1635" w:rsidP="00B0004F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4B37B4D2" w:rsidR="001E1635" w:rsidRPr="006257CA" w:rsidRDefault="00000000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 xml:space="preserve">Cererea va fi transmisă către primarul municipiului </w:t>
            </w:r>
            <w:r w:rsidR="00B0004F">
              <w:rPr>
                <w:lang w:val="fr-FR"/>
              </w:rPr>
              <w:t>Campulung Moldovenesc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comasare (alipire)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dezmembrare (dezlipire)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 unor 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C693F04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  <w:r w:rsidR="00B0004F">
              <w:rPr>
                <w:b/>
                <w:color w:val="0D5F78"/>
              </w:rPr>
              <w:t xml:space="preserve"> : Suceava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4E7BD6F6" w:rsidR="001E1635" w:rsidRDefault="00000000">
            <w:pPr>
              <w:keepNext/>
            </w:pPr>
            <w:r>
              <w:rPr>
                <w:b/>
                <w:color w:val="0D5F78"/>
              </w:rPr>
              <w:t>Municipiu</w:t>
            </w:r>
            <w:r w:rsidR="00B0004F">
              <w:rPr>
                <w:b/>
                <w:color w:val="0D5F78"/>
              </w:rPr>
              <w:t>l : Campulung Moldovenesc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193A8870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r w:rsidR="00B0004F">
              <w:rPr>
                <w:b/>
                <w:color w:val="0D5F78"/>
              </w:rPr>
              <w:t>postal : 725100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14:paraId="3FC4B016" w14:textId="5077E408" w:rsidR="001E1635" w:rsidRPr="006257CA" w:rsidRDefault="001E1635">
            <w:pPr>
              <w:keepNext/>
              <w:rPr>
                <w:lang w:val="fr-FR"/>
              </w:rPr>
            </w:pP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94282" w14:textId="77777777" w:rsidR="00F1460A" w:rsidRDefault="00F1460A">
      <w:r>
        <w:separator/>
      </w:r>
    </w:p>
  </w:endnote>
  <w:endnote w:type="continuationSeparator" w:id="0">
    <w:p w14:paraId="03259794" w14:textId="77777777" w:rsidR="00F1460A" w:rsidRDefault="00F1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47063A2E" w:rsidR="001E1635" w:rsidRDefault="00000000">
    <w:pPr>
      <w:pStyle w:val="Footer"/>
      <w:tabs>
        <w:tab w:val="right" w:pos="9639"/>
      </w:tabs>
    </w:pPr>
    <w:r>
      <w:rPr>
        <w:color w:val="59595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682E5" w14:textId="77777777" w:rsidR="00F1460A" w:rsidRDefault="00F1460A">
      <w:r>
        <w:separator/>
      </w:r>
    </w:p>
  </w:footnote>
  <w:footnote w:type="continuationSeparator" w:id="0">
    <w:p w14:paraId="2F660138" w14:textId="77777777" w:rsidR="00F1460A" w:rsidRDefault="00F14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761762"/>
    <w:rsid w:val="009D782F"/>
    <w:rsid w:val="00A37FAC"/>
    <w:rsid w:val="00AA1D8D"/>
    <w:rsid w:val="00AC5F99"/>
    <w:rsid w:val="00B0004F"/>
    <w:rsid w:val="00B47730"/>
    <w:rsid w:val="00CB0664"/>
    <w:rsid w:val="00F146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B0004F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  <w:style w:type="character" w:styleId="Hyperlink">
    <w:name w:val="Hyperlink"/>
    <w:basedOn w:val="DefaultParagraphFont"/>
    <w:uiPriority w:val="99"/>
    <w:unhideWhenUsed/>
    <w:rsid w:val="00B000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ampulungmoldovenesc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ampulungmoldovenes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Andrei.Predescu</cp:lastModifiedBy>
  <cp:revision>3</cp:revision>
  <dcterms:created xsi:type="dcterms:W3CDTF">2013-12-23T23:15:00Z</dcterms:created>
  <dcterms:modified xsi:type="dcterms:W3CDTF">2026-09-24T07:40:00Z</dcterms:modified>
  <cp:category/>
</cp:coreProperties>
</file>