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51DB8" w14:paraId="38097B8C" w14:textId="77777777" w:rsidTr="005B06EE">
        <w:trPr>
          <w:trHeight w:val="493"/>
        </w:trPr>
        <w:tc>
          <w:tcPr>
            <w:tcW w:w="1558" w:type="dxa"/>
            <w:vMerge w:val="restart"/>
          </w:tcPr>
          <w:p w14:paraId="367076E2" w14:textId="77777777" w:rsidR="00351DB8" w:rsidRDefault="00351DB8" w:rsidP="005B06E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bookmarkStart w:id="0" w:name="_Hlk241138440"/>
          </w:p>
          <w:p w14:paraId="138D9558" w14:textId="77777777" w:rsidR="00351DB8" w:rsidRDefault="00351DB8" w:rsidP="005B06E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12C54F6" wp14:editId="0CC427CE">
                  <wp:simplePos x="0" y="0"/>
                  <wp:positionH relativeFrom="column">
                    <wp:posOffset>189799</wp:posOffset>
                  </wp:positionH>
                  <wp:positionV relativeFrom="paragraph">
                    <wp:posOffset>53757</wp:posOffset>
                  </wp:positionV>
                  <wp:extent cx="618411" cy="928636"/>
                  <wp:effectExtent l="0" t="0" r="0" b="5080"/>
                  <wp:wrapNone/>
                  <wp:docPr id="8869940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940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11" cy="9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A71142" w14:textId="77777777" w:rsidR="00351DB8" w:rsidRDefault="00351DB8" w:rsidP="005B06E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594DE4F8" w14:textId="77777777" w:rsidR="00351DB8" w:rsidRDefault="00351DB8" w:rsidP="005B06E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C55EFB0" w14:textId="77777777" w:rsidR="00351DB8" w:rsidRDefault="00351DB8" w:rsidP="005B06EE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27D8F480" w14:textId="77777777" w:rsidR="00351DB8" w:rsidRDefault="00351DB8" w:rsidP="005B06EE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4928A9DE" w14:textId="77777777" w:rsidR="00351DB8" w:rsidRDefault="00351DB8" w:rsidP="005B06E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Suceava</w:t>
            </w:r>
          </w:p>
        </w:tc>
      </w:tr>
      <w:tr w:rsidR="00351DB8" w14:paraId="5B86C5A2" w14:textId="77777777" w:rsidTr="005B06E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ED571CA" w14:textId="77777777" w:rsidR="00351DB8" w:rsidRDefault="00351DB8" w:rsidP="005B06EE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3D7B3A9C" w14:textId="77777777" w:rsidR="00351DB8" w:rsidRDefault="00351DB8" w:rsidP="005B06EE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publice:</w:t>
            </w:r>
          </w:p>
          <w:p w14:paraId="3B843F8D" w14:textId="77777777" w:rsidR="00351DB8" w:rsidRDefault="00351DB8" w:rsidP="005B06EE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sz w:val="14"/>
              </w:rPr>
              <w:t>Primaria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Municipiului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Campulung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Moldovenesc</w:t>
            </w:r>
          </w:p>
        </w:tc>
      </w:tr>
      <w:tr w:rsidR="00351DB8" w14:paraId="5DE2498B" w14:textId="77777777" w:rsidTr="005B06EE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C58C7A5" w14:textId="77777777" w:rsidR="00351DB8" w:rsidRDefault="00351DB8" w:rsidP="005B06EE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54EFDF14" w14:textId="77777777" w:rsidR="00351DB8" w:rsidRDefault="00351DB8" w:rsidP="005B06E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(CIF):</w:t>
            </w:r>
          </w:p>
          <w:p w14:paraId="114DEFD0" w14:textId="77777777" w:rsidR="00351DB8" w:rsidRDefault="00351DB8" w:rsidP="005B06E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4842400</w:t>
            </w:r>
          </w:p>
          <w:p w14:paraId="75F5C777" w14:textId="77777777" w:rsidR="00351DB8" w:rsidRDefault="00351DB8" w:rsidP="005B06EE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70F21651" w14:textId="77777777" w:rsidR="00351DB8" w:rsidRDefault="00351DB8" w:rsidP="005B06EE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oficială: str.22 Decembrie, nr.2, cod 725100</w:t>
            </w:r>
          </w:p>
          <w:p w14:paraId="124F0575" w14:textId="77777777" w:rsidR="00351DB8" w:rsidRDefault="00351DB8" w:rsidP="005B06EE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hyperlink r:id="rId9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primaria@campulungmoldovenessc.ro</w:t>
              </w:r>
            </w:hyperlink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, </w:t>
            </w:r>
            <w:hyperlink r:id="rId10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www.campulungmoldovenesc.ro</w:t>
              </w:r>
            </w:hyperlink>
          </w:p>
          <w:p w14:paraId="7C911FDC" w14:textId="77777777" w:rsidR="00351DB8" w:rsidRDefault="00351DB8" w:rsidP="005B06EE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Tel: 004 0230 – 314425</w:t>
            </w:r>
          </w:p>
          <w:p w14:paraId="66802A43" w14:textId="77777777" w:rsidR="00351DB8" w:rsidRPr="00717E09" w:rsidRDefault="00351DB8" w:rsidP="005B06EE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Fax: 004 0230 - 314725</w:t>
            </w:r>
          </w:p>
        </w:tc>
      </w:tr>
      <w:tr w:rsidR="00351DB8" w14:paraId="02166BA5" w14:textId="77777777" w:rsidTr="005B06EE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D2C4757" w14:textId="77777777" w:rsidR="00351DB8" w:rsidRDefault="00351DB8" w:rsidP="005B06EE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36B9B963" w14:textId="77777777" w:rsidR="00351DB8" w:rsidRDefault="00351DB8" w:rsidP="005B06E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0E09CA35" w14:textId="77777777" w:rsidR="00351DB8" w:rsidRDefault="00351DB8" w:rsidP="005B06EE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6" w:type="dxa"/>
          </w:tcPr>
          <w:p w14:paraId="289F126C" w14:textId="77777777" w:rsidR="00351DB8" w:rsidRDefault="00351DB8" w:rsidP="005B06EE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7992716D" w14:textId="77777777" w:rsidR="00351DB8" w:rsidRDefault="00351DB8" w:rsidP="005B06EE">
            <w:pPr>
              <w:pStyle w:val="TableParagraph"/>
              <w:rPr>
                <w:b/>
                <w:sz w:val="14"/>
              </w:rPr>
            </w:pPr>
          </w:p>
        </w:tc>
      </w:tr>
      <w:bookmarkEnd w:id="0"/>
    </w:tbl>
    <w:p w14:paraId="3FF7E305" w14:textId="77777777" w:rsidR="00351DB8" w:rsidRDefault="00351DB8" w:rsidP="00351DB8">
      <w:pPr>
        <w:spacing w:before="140" w:after="40"/>
        <w:rPr>
          <w:b/>
          <w:sz w:val="28"/>
          <w:szCs w:val="28"/>
          <w:lang w:val="fr-FR"/>
        </w:rPr>
      </w:pPr>
    </w:p>
    <w:p w14:paraId="282B6870" w14:textId="6B4BB7F2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DC17302" w14:textId="7AEDFD3E" w:rsidR="00351DB8" w:rsidRPr="005B29C5" w:rsidRDefault="00351DB8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Primaria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Municipiului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Campulung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Moldovenesc</w:t>
            </w:r>
            <w:proofErr w:type="spellEnd"/>
          </w:p>
          <w:p w14:paraId="7F5527AA" w14:textId="77777777" w:rsidR="003C7CA3" w:rsidRPr="005B29C5" w:rsidRDefault="003C7CA3" w:rsidP="00351DB8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020E4FFE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="00351DB8">
              <w:rPr>
                <w:lang w:val="fr-FR"/>
              </w:rPr>
              <w:t>Campulung</w:t>
            </w:r>
            <w:proofErr w:type="spellEnd"/>
            <w:r w:rsidR="00351DB8">
              <w:rPr>
                <w:lang w:val="fr-FR"/>
              </w:rPr>
              <w:t xml:space="preserve"> </w:t>
            </w:r>
            <w:proofErr w:type="spellStart"/>
            <w:r w:rsidR="00351DB8">
              <w:rPr>
                <w:lang w:val="fr-FR"/>
              </w:rPr>
              <w:t>Moldovenesc</w:t>
            </w:r>
            <w:proofErr w:type="spellEnd"/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</w:t>
            </w:r>
            <w:proofErr w:type="spellStart"/>
            <w:r w:rsidR="00C32AB5">
              <w:rPr>
                <w:sz w:val="16"/>
              </w:rPr>
              <w:t>Legea</w:t>
            </w:r>
            <w:proofErr w:type="spellEnd"/>
            <w:r w:rsidR="00C32AB5">
              <w:rPr>
                <w:sz w:val="16"/>
              </w:rPr>
              <w:t xml:space="preserve">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A1F7EFD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a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 xml:space="preserve">;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59F08AC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351DB8">
              <w:rPr>
                <w:b/>
                <w:color w:val="0D5F78"/>
              </w:rPr>
              <w:t xml:space="preserve"> : Suceava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56EEE674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351DB8">
              <w:rPr>
                <w:b/>
                <w:color w:val="0D5F78"/>
              </w:rPr>
              <w:t xml:space="preserve">: </w:t>
            </w:r>
            <w:proofErr w:type="spellStart"/>
            <w:r w:rsidR="00351DB8">
              <w:rPr>
                <w:b/>
                <w:color w:val="0D5F78"/>
              </w:rPr>
              <w:t>Campulung</w:t>
            </w:r>
            <w:proofErr w:type="spellEnd"/>
            <w:r w:rsidR="00351DB8">
              <w:rPr>
                <w:b/>
                <w:color w:val="0D5F78"/>
              </w:rPr>
              <w:t xml:space="preserve"> </w:t>
            </w:r>
            <w:proofErr w:type="spellStart"/>
            <w:r w:rsidR="00351DB8">
              <w:rPr>
                <w:b/>
                <w:color w:val="0D5F78"/>
              </w:rPr>
              <w:t>Moldovenesc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7E1897F6" w14:textId="77777777" w:rsidR="003C7CA3" w:rsidRDefault="003C7CA3" w:rsidP="00351DB8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30107FE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r w:rsidR="00351DB8">
              <w:rPr>
                <w:b/>
                <w:color w:val="0D5F78"/>
              </w:rPr>
              <w:t>postal 725100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50A9DDF6" w:rsidR="003C7CA3" w:rsidRDefault="00351DB8">
            <w:pPr>
              <w:keepNext/>
            </w:pPr>
            <w:r>
              <w:rPr>
                <w:b/>
                <w:color w:val="0D5F78"/>
              </w:rPr>
              <w:t>Romania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de a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audit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ca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(3) din </w:t>
            </w:r>
            <w:proofErr w:type="spellStart"/>
            <w:r>
              <w:rPr>
                <w:i/>
                <w:sz w:val="17"/>
              </w:rPr>
              <w:t>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</w:t>
            </w:r>
            <w:proofErr w:type="spellEnd"/>
            <w:r w:rsidR="005B29C5">
              <w:rPr>
                <w:i/>
                <w:sz w:val="17"/>
              </w:rPr>
              <w:t xml:space="preserve">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2983E7AC" w:rsidR="003C7CA3" w:rsidRDefault="003C7CA3"/>
    <w:sectPr w:rsidR="003C7CA3" w:rsidSect="002B61AC">
      <w:headerReference w:type="default" r:id="rId11"/>
      <w:footerReference w:type="default" r:id="rId12"/>
      <w:headerReference w:type="first" r:id="rId13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3E47" w14:textId="77777777" w:rsidR="00B1610D" w:rsidRDefault="00B1610D">
      <w:r>
        <w:separator/>
      </w:r>
    </w:p>
  </w:endnote>
  <w:endnote w:type="continuationSeparator" w:id="0">
    <w:p w14:paraId="230B36A8" w14:textId="77777777" w:rsidR="00B1610D" w:rsidRDefault="00B1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72F43495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D1F3" w14:textId="77777777" w:rsidR="00B1610D" w:rsidRDefault="00B1610D">
      <w:r>
        <w:separator/>
      </w:r>
    </w:p>
  </w:footnote>
  <w:footnote w:type="continuationSeparator" w:id="0">
    <w:p w14:paraId="3B328840" w14:textId="77777777" w:rsidR="00B1610D" w:rsidRDefault="00B16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4B3CE207" w:rsidR="002B61AC" w:rsidRDefault="002B61AC">
    <w:pPr>
      <w:pStyle w:val="Header"/>
    </w:pPr>
    <w:r>
      <w:rPr>
        <w:color w:val="595959"/>
      </w:rPr>
      <w:t xml:space="preserve">F_A_01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9FCA" w14:textId="243059DD" w:rsidR="00351DB8" w:rsidRPr="00351DB8" w:rsidRDefault="00351DB8" w:rsidP="00351DB8">
    <w:pPr>
      <w:pStyle w:val="Header"/>
    </w:pPr>
    <w:r>
      <w:rPr>
        <w:color w:val="595959"/>
      </w:rPr>
      <w:t>F_A_01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642735445">
    <w:abstractNumId w:val="8"/>
  </w:num>
  <w:num w:numId="2" w16cid:durableId="476801464">
    <w:abstractNumId w:val="6"/>
  </w:num>
  <w:num w:numId="3" w16cid:durableId="1926844165">
    <w:abstractNumId w:val="5"/>
  </w:num>
  <w:num w:numId="4" w16cid:durableId="1765809220">
    <w:abstractNumId w:val="4"/>
  </w:num>
  <w:num w:numId="5" w16cid:durableId="1833333043">
    <w:abstractNumId w:val="7"/>
  </w:num>
  <w:num w:numId="6" w16cid:durableId="1532256280">
    <w:abstractNumId w:val="3"/>
  </w:num>
  <w:num w:numId="7" w16cid:durableId="929043413">
    <w:abstractNumId w:val="2"/>
  </w:num>
  <w:num w:numId="8" w16cid:durableId="19863750">
    <w:abstractNumId w:val="1"/>
  </w:num>
  <w:num w:numId="9" w16cid:durableId="1029917436">
    <w:abstractNumId w:val="0"/>
  </w:num>
  <w:num w:numId="10" w16cid:durableId="1489319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51DB8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1610D"/>
    <w:rsid w:val="00B47730"/>
    <w:rsid w:val="00C32AB5"/>
    <w:rsid w:val="00C46767"/>
    <w:rsid w:val="00CB0664"/>
    <w:rsid w:val="00CD3FD2"/>
    <w:rsid w:val="00DB3B82"/>
    <w:rsid w:val="00E61A6B"/>
    <w:rsid w:val="00E83909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351DB8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  <w:style w:type="character" w:styleId="Hyperlink">
    <w:name w:val="Hyperlink"/>
    <w:basedOn w:val="DefaultParagraphFont"/>
    <w:uiPriority w:val="99"/>
    <w:unhideWhenUsed/>
    <w:rsid w:val="00351D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mpulungmoldovenesc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ampulungmoldovenessc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947</Words>
  <Characters>5400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Andrei.Predescu</cp:lastModifiedBy>
  <cp:revision>2</cp:revision>
  <dcterms:created xsi:type="dcterms:W3CDTF">2013-12-23T23:15:00Z</dcterms:created>
  <dcterms:modified xsi:type="dcterms:W3CDTF">2026-09-24T07:52:00Z</dcterms:modified>
  <cp:category/>
</cp:coreProperties>
</file>